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בשבחי השעמום - מאמר דעה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טענה, נימוקים, טענה נגדית והפרכה במאמר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קישור ואת הקשר הלוגי שהן מבטאות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מבנה הטקסט ולחשוף הנחות יסוד סמויות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השעמום הוא מרחב חשוב שיש לשמור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מתחיל לשוטט, לחבר זיכרונות ולדמיין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ספורטאית שזקוקה לימי מנוחה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סבלנות וריכוז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להקדיש רבע שעה ביום בלי מסך, מוזיקה או 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טוענת ההפך - שהשעמום הוא מרחב שיש לשמור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בפסקה השלישית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אומרת שזמן הוא משאב יקר, אך מסבירה שמנוחה היא גם חלק מניצול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הפסקה האחרונה מדברת על עולם שבו כולם רצים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גירוי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להתרכז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קשרים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מילות קישור והקשר הלוגי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(מסקנה/תוצאה)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(מנייה (סדר נימוקים))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(ויתור)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מבנה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בשאלה רטורית והצגת העמדה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נימוק ראשון: השעמום מעודד יצירתיות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נימוק שני: השעמום מפתח סבלנות וריכוז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נימוק שלישי: השעמום מחזיר אותנו לקשר עם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הצגת טענה נגדית והפרכתה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הצעה מעשית וסיום מחזק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 נגדית: השעמום הוא בזבוז זמן בעולם תחרותי. הפרכה: ניצול זמן אמיתי כולל גם מנוחה והתבוננות, לא רק עשייה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השעמום מעודד יצירתיות, והוא מפתח סבלנות ויכולת ריכוז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הציפייה: זיהוי שהשעמום הוא מרחב חשוב שיש לשמור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הציפייה: זיהוי טענת בזבוז הזמן וההפרכה דרך דימוי הספורטאית או דרך הרעיון שמנוחה היא גם ניצול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הציפייה: מילת קישור נכונה עם הסבר מדויק של הקשר (סיבה/ניגוד/מסקנה/ויתור)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לפתוח בשיחה קצרה על חוויית שעמום אישית של התלמידים לפני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את מבנה 'יש הטוענים... אולם...' כדפוס חוזר בכתיבת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להביא דוגמה אישית משלהם לתמיכה או להפרכה של טענת הכותבת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בשבחי השעמום - מאמר דעה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המאמר 'בשבחי השעמום' הוא מאמר דעה שבו הכותבת טוענת כי יש לשמור על מרחב של שעמום בחיינו. בדף זה נתרגל זיהוי טענה, נימוקים ומבנה הטיעון.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הטענה המרכזית של הכותבת?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לבטל את השעמום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השעמום הוא מרחב חשוב שיש לשמור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להתאמן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למלא כל רגע פנוי בפעילות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הכותבת, מה קורה במוח כשאין גירוי מבחוץ?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נרדם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מתחיל לשוטט, לחבר זיכרונות ולדמיין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מפסיק לעבוד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נעשה עצבני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הדימוי שהכותבת משתמשת בו כדי להפריך את הטענה שהשעמום הוא בזבוז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 שמשתעמם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ספורטאית שזקוקה לימי 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תור ארוך לקופה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מחשב שצריך לטעון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מיומנות, לפי הכותבת, מתפתחת מתוך שהייה עם עצמנו?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מהירות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סבלנות וריכוז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זיכרון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כושר גופני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הכותבת מציעה לעשות בסוף המאמר?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לקרוא ספר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להקדיש רבע שעה ביום בלי מסך, מוזיקה או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להירשם לחוג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שיעורים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הכותבת טוענת שהשעמום הוא אויב שיש להביס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המאמר, ילדים שמשתעממים בחצר נוטים להמציא משחקים חדשים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הכותבת טוענת שזמן הוא משאב לא 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המאמר מסתיים במשפט שמחזק את העמדה באמצעות דימוי של אנשים שרצים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השעמום אינו אויב שיש להביס, אלא __________ שיש לשמור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המוח אינו מקבל __________ מבחוץ, הוא מתחיל לשוטט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שאינו מסוגל לשבת עשר דקות ללא הסחה, יתקשה 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השעמום מלמד __________ ומזכיר לנו שלא כל רגע חייב להיות מרגש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מתוך החלל הריק נוצרים __________ שלא היו נוצרים אילו כל אחד היה שקוע בעולמו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מילות קישור והקשר הלוגי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משום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מנייה (סדר נימוקים)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ראשית/שנית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ויתור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ובכל 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מסקנה/תוצאה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מבנה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ראשון: השעמום מעודד יצירתיות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בשאלה רטורית והצגת העמדה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הצעה מעשית וסיום מחזק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טענה נגדית והפרכתה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שני: השעמום מפתח סבלנות וריכוז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שלישי: השעמום מחזיר אותנו לקשר עם 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נסחו במילים שלכם את הטענה הנגדית שהכותבת מזכירה ואת ההפרכה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ציינו שני נימוקים שהכותבת מביאה לטובת השעמום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הטענה המרכזית של הכותבת במאמר?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הטענה הנגדית שהיא מזכירה, וכיצד היא מפריכה אותה?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למילת קישור מהטקסט והסבירו איזה קשר לוגי היא מבטאת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בשבחי השעמום - מאמר דעה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