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בשבחי השעמום - מאמר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טענה, נימוקים, טענה נגדית והפרכה במאמר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ואת הקשר הלוגי שהן מבטאות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מבנה הטקסט ולחשוף הנחות יסוד סמויות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השעמום הוא מרחב חשוב שיש 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מתחיל לשוטט, לחבר זיכרונות ולדמיין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ספורטאית שזקוקה לימי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סבלנות וריכוז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להקדיש רבע שעה ביום בלי מסך, מוזיקה או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טוענת ההפך - שהשעמום הוא מרחב שיש 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אומרת שזמן הוא משאב יקר, אך מסבירה שמנוחה היא גם חלק מניצול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הפסקה האחרונה מדברת על עולם שבו כולם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גירוי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קישור והקשר הלוגי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(מסקנה/תוצאה)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(מנייה (סדר נימוקים))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(ויתור)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בשאלה רטורית והצגת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ראשון: השעמום מעודד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שני: השעמום מפתח סבלנות וריכוז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נימוק שלישי: השעמום מחזיר אותנו לקשר עם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הצגת טענה נגדית והפרכתה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הצעה מעשית וסיום מחזק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נגדית: השעמום הוא בזבוז זמן בעולם תחרותי. הפרכה: ניצול זמן אמיתי כולל גם מנוחה והתבוננות, לא רק 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השעמום מעודד יצירתיות, והוא מפתח סבלנות ויכולת ריכוז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זיהוי שהשעמום הוא מרחב חשוב שיש לשמור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זיהוי טענת בזבוז הזמן וההפרכה דרך דימוי הספורטאית או דרך הרעיון שמנוחה היא גם ניצול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מילת קישור נכונה עם הסבר מדויק של הקשר (סיבה/ניגוד/מסקנה/ויתור)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בשיחה קצרה על חוויית שעמום אישית של התלמידים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מבנה 'יש הטוענים... אולם...' כדפוס חוזר בכתיבת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דוגמה אישית משלהם לתמיכה או להפרכה של טענת הכותבת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בשבחי השעמום - מאמר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זהו מאמר שבו כותבת אומרת שטוב להשתעמם לפעמים. נלמד למצוא את הטענה שלה ואת הסיבות שהיא נותנת.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שהכותב רוצה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 נגדית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הפוכה שהכותב מזכיר כדי להתמודד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שמחלישה את הטענה הנגדית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מצמיחה הרבה, מעודדת רעיונות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גירוי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מבחוץ שמעורר את החושים או המחשבה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ומראה את היחס ביניהם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הכותבת רוצה לומר?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לבטל את השעמום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השעמום הוא מרחב חשוב שיש לשמור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להתאמן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למלא כל רגע פנוי בפעילות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המוח עושה בשעמום?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נרדם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מתחיל לשוטט, לחבר זיכרונות ולדמיין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מפסיק לעבוד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נעשה עצבני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דוגמה הכותבת נותנת נגד מי שחושב ששעמום מבזבז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שמשתעמם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ספורטאית שזקוקה לימי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 ארוך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 שצריך לטעון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לומדים מלשבת לבד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 וריכוז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כושר 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ההצעה המעשית של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ספר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להקדיש רבע שעה ביום בלי מסך, מוזיקה או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להירשם לחוג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שיעורים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שהשעמום הוא אויב שיש להביס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המאמר, ילדים שמשתעממים בחצר נוטים להמציא משחקים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שזמן הוא משאב לא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המאמר מסתיים במשפט שמחזק את העמדה באמצעות דימוי של אנשים שרצים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השעמום אינו אויב שיש להביס, אלא __________ שיש לשמור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המוח אינו מקבל __________ מבחוץ, הוא מתחיל לשוטט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שאינו מסוגל לשבת עשר דקות ללא הסחה, יתקשה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השעמום מלמד __________ ומזכיר לנו שלא כל רגע חייב להיות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מתוך החלל הריק נוצרים __________ שלא היו נוצרים אילו כל אחד היה שקוע בעולמו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מילות קישור והקשר הלוגי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משום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מנייה (סדר נימוקים)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ראשית/שנית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ובכל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מסקנה/תוצאה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טענה נגדית והפרכתה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שלישי: השעמום מחזיר אותנו לקשר עם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בשאלה רטורית והצגת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מעשית וסיום מחזק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שני: השעמום מפתח סבלנות וריכוז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ראשון: השעמום מעודד יצירתיות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במילים שלכם את הטענה הנגדית שהכותבת מזכירה ואת ההפרכה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נימוקים שהכותבת מביאה לטובת השעמום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הטענה המרכזית של הכותבת במאמר?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הטענה הנגדית שהיא מזכירה, וכיצד היא מפריכה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מהטקסט והסבירו איזה קשר לוגי היא מבטאת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בשבחי השעמום - מאמר 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