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בשבחי השעמום - מאמר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טענה, נימוקים, טענה נגדית והפרכה במאמר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ואת הקשר הלוגי שהן מבטאות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מבנה הטקסט ולחשוף הנחות יסוד סמויות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השעמום הוא מרחב חשוב שיש לשמור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מתחיל לשוטט, לחבר זיכרונות ולדמיין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ספורטאית שזקוקה לימי 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טוענת ההפך - שהשעמום הוא מרחב שיש לשמור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גירוי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קישור והקשר הלוגי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(מסקנה/תוצאה)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(מנייה (סדר נימוקים))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בשאלה רטורית והצגת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ראשון: השעמום מעודד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שני: השעמום מפתח סבלנות וריכוז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נימוק שלישי: השעמום מחזיר אותנו לקשר עם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נגדית: השעמום הוא בזבוז זמן בעולם תחרותי. הפרכה: ניצול זמן אמיתי כולל גם מנוחה והתבוננות, לא רק עשייה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זיהוי שהשעמום הוא מרחב חשוב שיש לשמור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זיהוי טענת בזבוז הזמן וההפרכה דרך דימוי הספורטאית או דרך הרעיון שמנוחה היא גם ניצול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מילת קישור נכונה עם הסבר מדויק של הקשר (סיבה/ניגוד/מסקנה/ויתור)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בשיחה קצרה על חוויית שעמום אישית של התלמידים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מבנה 'יש הטוענים... אולם...' כדפוס חוזר בכתיבת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דוגמה אישית משלהם לתמיכה או להפרכה של טענת הכותבת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בשבחי השעמום - מאמר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המאמר 'בשבחי השעמום' הוא מאמר דעה שבו הכותבת טוענת כי יש לשמור על מרחב של שעמום בחיינו. בדף זה נתרגל זיהוי טענה, נימוקים ומבנה הטיעון.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גירוי  ·  מרחב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הטענה המרכזית של הכותבת?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לבטל את השעמום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השעמום הוא מרחב חשוב שיש לשמור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 להתאמן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הכותבת, מה קורה במוח כשאין גירוי מבחוץ?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נרדם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מתחיל לשוטט, לחבר זיכרונות ולדמיין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מפסיק לעבוד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הדימוי שהכותבת משתמשת בו כדי להפריך את הטענה שהשעמום הוא בזבוז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 שמשתעמם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ספורטאית שזקוקה לימי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תור ארוך לקופה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הכותבת טוענת שהשעמום הוא אויב שיש להביס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המאמר, ילדים שמשתעממים בחצר נוטים להמציא משחקים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השעמום אינו אויב שיש להביס, אלא __________ שיש לשמור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המוח אינו מקבל __________ מבחוץ, הוא מתחיל לשוטט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מילות קישור והקשר הלוגי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משום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מנייה (סדר נימוקים)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מסקנה/תוצאה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ראשית/שנית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שלישי: השעמום מחזיר אותנו לקשר עם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ראשון: השעמום מעודד יצירתיות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שני: השעמום מפתח סבלנות וריכוז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בשאלה רטורית והצגת העמדה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נסחו במילים שלכם את הטענה הנגדית שהכותבת מזכירה ואת ההפרכה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הטענה המרכזית של הכותבת במאמר?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הטענה הנגדית שהיא מזכירה, וכיצד היא מפריכה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בשבחי השעמום - מאמר 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